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BC2774" w14:paraId="45A84522" w14:textId="77777777">
        <w:trPr>
          <w:jc w:val="center"/>
        </w:trPr>
        <w:tc>
          <w:tcPr>
            <w:tcW w:w="5328" w:type="dxa"/>
            <w:tcBorders>
              <w:top w:val="single" w:sz="8" w:space="0" w:color="6D1F3B"/>
              <w:left w:val="single" w:sz="8" w:space="0" w:color="6D1F3B"/>
              <w:bottom w:val="single" w:sz="8" w:space="0" w:color="6D1F3B"/>
              <w:right w:val="single" w:sz="8" w:space="0" w:color="6D1F3B"/>
            </w:tcBorders>
            <w:shd w:val="clear" w:color="auto" w:fill="6D1F3B"/>
            <w:vAlign w:val="center"/>
          </w:tcPr>
          <w:p w14:paraId="5E85DF43" w14:textId="77777777" w:rsidR="00BC2774" w:rsidRDefault="00000000" w:rsidP="006309B7">
            <w:pPr>
              <w:jc w:val="center"/>
            </w:pPr>
            <w:r>
              <w:rPr>
                <w:rFonts w:ascii="Arial" w:hAnsi="Arial"/>
                <w:b/>
                <w:color w:val="FFFFFF"/>
                <w:sz w:val="44"/>
              </w:rPr>
              <w:t>BURNLEY NETBALL CLUB</w:t>
            </w:r>
          </w:p>
        </w:tc>
        <w:tc>
          <w:tcPr>
            <w:tcW w:w="5328" w:type="dxa"/>
            <w:tcBorders>
              <w:top w:val="single" w:sz="8" w:space="0" w:color="6D1F3B"/>
              <w:left w:val="single" w:sz="8" w:space="0" w:color="6D1F3B"/>
              <w:bottom w:val="single" w:sz="8" w:space="0" w:color="6D1F3B"/>
              <w:right w:val="single" w:sz="8" w:space="0" w:color="6D1F3B"/>
            </w:tcBorders>
            <w:shd w:val="clear" w:color="auto" w:fill="7FA9D8"/>
            <w:vAlign w:val="center"/>
          </w:tcPr>
          <w:p w14:paraId="50D2E501" w14:textId="18D292AD" w:rsidR="00BC2774" w:rsidRPr="006309B7" w:rsidRDefault="006309B7">
            <w:pPr>
              <w:jc w:val="center"/>
              <w:rPr>
                <w:sz w:val="32"/>
                <w:szCs w:val="32"/>
              </w:rPr>
            </w:pPr>
            <w:r w:rsidRPr="006309B7">
              <w:rPr>
                <w:rFonts w:ascii="Arial" w:hAnsi="Arial"/>
                <w:b/>
                <w:color w:val="6D1F3B"/>
                <w:sz w:val="32"/>
                <w:szCs w:val="32"/>
              </w:rPr>
              <w:t xml:space="preserve">BURNLEY </w:t>
            </w:r>
            <w:r w:rsidR="00A95D65">
              <w:rPr>
                <w:rFonts w:ascii="Arial" w:hAnsi="Arial"/>
                <w:b/>
                <w:color w:val="6D1F3B"/>
                <w:sz w:val="32"/>
                <w:szCs w:val="32"/>
              </w:rPr>
              <w:t>BABES</w:t>
            </w:r>
          </w:p>
        </w:tc>
      </w:tr>
    </w:tbl>
    <w:p w14:paraId="2369BF6D" w14:textId="77777777" w:rsidR="00EB34DC" w:rsidRDefault="00EB34DC">
      <w:pPr>
        <w:jc w:val="center"/>
        <w:rPr>
          <w:rFonts w:ascii="Arial" w:hAnsi="Arial"/>
          <w:b/>
          <w:color w:val="6D1F3B"/>
          <w:sz w:val="26"/>
        </w:rPr>
      </w:pPr>
    </w:p>
    <w:p w14:paraId="63710729" w14:textId="3FD682EE" w:rsidR="00BC2774" w:rsidRPr="002063AC" w:rsidRDefault="00000000">
      <w:pPr>
        <w:jc w:val="center"/>
        <w:rPr>
          <w:sz w:val="30"/>
          <w:szCs w:val="30"/>
        </w:rPr>
      </w:pPr>
      <w:r w:rsidRPr="002063AC">
        <w:rPr>
          <w:rFonts w:ascii="Arial" w:hAnsi="Arial"/>
          <w:b/>
          <w:color w:val="6D1F3B"/>
          <w:sz w:val="30"/>
          <w:szCs w:val="30"/>
        </w:rPr>
        <w:t>MATCH INFORMATION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BC2774" w14:paraId="2E102E4F" w14:textId="77777777">
        <w:trPr>
          <w:jc w:val="center"/>
        </w:trPr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6D1F3B"/>
            <w:vAlign w:val="center"/>
          </w:tcPr>
          <w:p w14:paraId="022C999F" w14:textId="77777777" w:rsidR="00BC2774" w:rsidRDefault="00000000">
            <w:r>
              <w:rPr>
                <w:rFonts w:ascii="Arial" w:hAnsi="Arial"/>
                <w:b/>
                <w:color w:val="FFFFFF"/>
                <w:sz w:val="20"/>
              </w:rPr>
              <w:t>DATE</w:t>
            </w:r>
          </w:p>
        </w:tc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EAF2FA"/>
            <w:vAlign w:val="center"/>
          </w:tcPr>
          <w:p w14:paraId="040E278E" w14:textId="68F53D9B" w:rsidR="00BC2774" w:rsidRPr="002063AC" w:rsidRDefault="006309B7" w:rsidP="006309B7">
            <w:pPr>
              <w:jc w:val="center"/>
              <w:rPr>
                <w:b/>
                <w:bCs/>
                <w:sz w:val="24"/>
                <w:szCs w:val="24"/>
              </w:rPr>
            </w:pPr>
            <w:r w:rsidRPr="002063AC"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t>15 Sept 2026</w:t>
            </w:r>
          </w:p>
        </w:tc>
      </w:tr>
      <w:tr w:rsidR="00BC2774" w14:paraId="1BC0FC0F" w14:textId="77777777">
        <w:trPr>
          <w:jc w:val="center"/>
        </w:trPr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6D1F3B"/>
            <w:vAlign w:val="center"/>
          </w:tcPr>
          <w:p w14:paraId="3DCD4E42" w14:textId="77777777" w:rsidR="00BC2774" w:rsidRDefault="00000000">
            <w:r>
              <w:rPr>
                <w:rFonts w:ascii="Arial" w:hAnsi="Arial"/>
                <w:b/>
                <w:color w:val="FFFFFF"/>
                <w:sz w:val="20"/>
              </w:rPr>
              <w:t>MATCH TIME</w:t>
            </w:r>
          </w:p>
        </w:tc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FFFFFF"/>
            <w:vAlign w:val="center"/>
          </w:tcPr>
          <w:p w14:paraId="084009B4" w14:textId="4D8D5786" w:rsidR="00BC2774" w:rsidRPr="002063AC" w:rsidRDefault="00BC2774" w:rsidP="006309B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BC2774" w14:paraId="206C0084" w14:textId="77777777">
        <w:trPr>
          <w:jc w:val="center"/>
        </w:trPr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6D1F3B"/>
            <w:vAlign w:val="center"/>
          </w:tcPr>
          <w:p w14:paraId="559291BB" w14:textId="77777777" w:rsidR="00BC2774" w:rsidRDefault="00000000">
            <w:r>
              <w:rPr>
                <w:rFonts w:ascii="Arial" w:hAnsi="Arial"/>
                <w:b/>
                <w:color w:val="FFFFFF"/>
                <w:sz w:val="20"/>
              </w:rPr>
              <w:t>VENUE</w:t>
            </w:r>
          </w:p>
        </w:tc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EAF2FA"/>
            <w:vAlign w:val="center"/>
          </w:tcPr>
          <w:p w14:paraId="72ED9B4E" w14:textId="77777777" w:rsidR="00BC2774" w:rsidRPr="002063AC" w:rsidRDefault="00000000" w:rsidP="006309B7">
            <w:pPr>
              <w:jc w:val="center"/>
              <w:rPr>
                <w:b/>
                <w:bCs/>
                <w:sz w:val="24"/>
                <w:szCs w:val="24"/>
              </w:rPr>
            </w:pPr>
            <w:r w:rsidRPr="002063AC"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t>Broadfield Specialist School</w:t>
            </w:r>
            <w:r w:rsidRPr="002063AC"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br/>
              <w:t>Coal Clough Lane, Burnley</w:t>
            </w:r>
            <w:r w:rsidRPr="002063AC"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br/>
              <w:t>BB11 5BT</w:t>
            </w:r>
          </w:p>
        </w:tc>
      </w:tr>
      <w:tr w:rsidR="00BC2774" w14:paraId="198B1BEF" w14:textId="77777777">
        <w:trPr>
          <w:jc w:val="center"/>
        </w:trPr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6D1F3B"/>
            <w:vAlign w:val="center"/>
          </w:tcPr>
          <w:p w14:paraId="6A5C811F" w14:textId="77777777" w:rsidR="00BC2774" w:rsidRDefault="00000000">
            <w:r>
              <w:rPr>
                <w:rFonts w:ascii="Arial" w:hAnsi="Arial"/>
                <w:b/>
                <w:color w:val="FFFFFF"/>
                <w:sz w:val="20"/>
              </w:rPr>
              <w:t>PLAYING SURFACE</w:t>
            </w:r>
          </w:p>
        </w:tc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FFFFFF"/>
            <w:vAlign w:val="center"/>
          </w:tcPr>
          <w:p w14:paraId="79D272CD" w14:textId="77777777" w:rsidR="00BC2774" w:rsidRPr="002063AC" w:rsidRDefault="00000000" w:rsidP="006309B7">
            <w:pPr>
              <w:jc w:val="center"/>
              <w:rPr>
                <w:b/>
                <w:bCs/>
                <w:sz w:val="24"/>
                <w:szCs w:val="24"/>
              </w:rPr>
            </w:pPr>
            <w:r w:rsidRPr="002063AC"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t>Astro Turf</w:t>
            </w:r>
          </w:p>
        </w:tc>
      </w:tr>
      <w:tr w:rsidR="00BC2774" w14:paraId="7F05489E" w14:textId="77777777">
        <w:trPr>
          <w:jc w:val="center"/>
        </w:trPr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6D1F3B"/>
            <w:vAlign w:val="center"/>
          </w:tcPr>
          <w:p w14:paraId="08BB643D" w14:textId="77777777" w:rsidR="00BC2774" w:rsidRDefault="00000000">
            <w:r>
              <w:rPr>
                <w:rFonts w:ascii="Arial" w:hAnsi="Arial"/>
                <w:b/>
                <w:color w:val="FFFFFF"/>
                <w:sz w:val="20"/>
              </w:rPr>
              <w:t>ARRIVAL / PAYMENT</w:t>
            </w:r>
          </w:p>
        </w:tc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EAF2FA"/>
            <w:vAlign w:val="center"/>
          </w:tcPr>
          <w:p w14:paraId="1801256B" w14:textId="77777777" w:rsidR="00BC2774" w:rsidRPr="002063AC" w:rsidRDefault="00000000" w:rsidP="006309B7">
            <w:pPr>
              <w:jc w:val="center"/>
              <w:rPr>
                <w:b/>
                <w:bCs/>
                <w:sz w:val="24"/>
                <w:szCs w:val="24"/>
              </w:rPr>
            </w:pPr>
            <w:r w:rsidRPr="002063AC"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t>Please arrive 10 mins before the start of your game.</w:t>
            </w:r>
            <w:r w:rsidRPr="002063AC"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br/>
              <w:t>Cost per game £3.00 – cash only, payable on the night of the fixture.</w:t>
            </w:r>
          </w:p>
        </w:tc>
      </w:tr>
    </w:tbl>
    <w:p w14:paraId="76274BFA" w14:textId="77777777" w:rsidR="00EB34DC" w:rsidRDefault="00EB34DC" w:rsidP="00EB34DC">
      <w:pPr>
        <w:jc w:val="center"/>
        <w:rPr>
          <w:rFonts w:ascii="Arial" w:hAnsi="Arial"/>
          <w:b/>
          <w:color w:val="6D1F3B"/>
          <w:sz w:val="32"/>
          <w:szCs w:val="32"/>
        </w:rPr>
      </w:pPr>
    </w:p>
    <w:p w14:paraId="08BFD1EF" w14:textId="22AA3105" w:rsidR="00BC2774" w:rsidRPr="00EB34DC" w:rsidRDefault="00000000" w:rsidP="00EB34DC">
      <w:pPr>
        <w:jc w:val="center"/>
        <w:rPr>
          <w:sz w:val="32"/>
          <w:szCs w:val="32"/>
        </w:rPr>
      </w:pPr>
      <w:r w:rsidRPr="00EB34DC">
        <w:rPr>
          <w:rFonts w:ascii="Arial" w:hAnsi="Arial"/>
          <w:b/>
          <w:color w:val="6D1F3B"/>
          <w:sz w:val="32"/>
          <w:szCs w:val="32"/>
        </w:rPr>
        <w:t>SQUAD LIST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127"/>
      </w:tblGrid>
      <w:tr w:rsidR="00B629BB" w14:paraId="1F596E59" w14:textId="77777777" w:rsidTr="00EB34DC">
        <w:trPr>
          <w:trHeight w:val="675"/>
          <w:jc w:val="center"/>
        </w:trPr>
        <w:tc>
          <w:tcPr>
            <w:tcW w:w="4127" w:type="dxa"/>
            <w:tcBorders>
              <w:top w:val="single" w:sz="6" w:space="0" w:color="6D1F3B"/>
              <w:left w:val="single" w:sz="6" w:space="0" w:color="6D1F3B"/>
              <w:bottom w:val="single" w:sz="6" w:space="0" w:color="6D1F3B"/>
              <w:right w:val="single" w:sz="6" w:space="0" w:color="6D1F3B"/>
            </w:tcBorders>
            <w:shd w:val="clear" w:color="auto" w:fill="7FA9D8"/>
          </w:tcPr>
          <w:p w14:paraId="40F66065" w14:textId="77777777" w:rsidR="00B629BB" w:rsidRPr="00EB34DC" w:rsidRDefault="00B629BB" w:rsidP="00EB34DC">
            <w:pPr>
              <w:jc w:val="center"/>
              <w:rPr>
                <w:rFonts w:ascii="Arial" w:hAnsi="Arial"/>
                <w:b/>
                <w:color w:val="6D1F3B"/>
                <w:sz w:val="28"/>
                <w:szCs w:val="28"/>
              </w:rPr>
            </w:pPr>
          </w:p>
          <w:p w14:paraId="1991B026" w14:textId="4C03984B" w:rsidR="00B629BB" w:rsidRPr="00B629BB" w:rsidRDefault="00B629BB" w:rsidP="00EB34DC">
            <w:pPr>
              <w:jc w:val="center"/>
              <w:rPr>
                <w:sz w:val="32"/>
                <w:szCs w:val="32"/>
              </w:rPr>
            </w:pPr>
            <w:r w:rsidRPr="00B629BB">
              <w:rPr>
                <w:rFonts w:ascii="Arial" w:hAnsi="Arial"/>
                <w:b/>
                <w:color w:val="6D1F3B"/>
                <w:sz w:val="32"/>
                <w:szCs w:val="32"/>
              </w:rPr>
              <w:t>PLAYER NAME</w:t>
            </w:r>
          </w:p>
        </w:tc>
      </w:tr>
      <w:tr w:rsidR="00B629BB" w14:paraId="09AC0E30" w14:textId="77777777" w:rsidTr="00B629BB">
        <w:trPr>
          <w:jc w:val="center"/>
        </w:trPr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EAF2FA"/>
            <w:vAlign w:val="center"/>
          </w:tcPr>
          <w:p w14:paraId="06253CB8" w14:textId="523B2140" w:rsidR="00B629BB" w:rsidRPr="00B629BB" w:rsidRDefault="00A95D65" w:rsidP="00B629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ISLA THOMPSON-PICKLES</w:t>
            </w:r>
          </w:p>
        </w:tc>
      </w:tr>
      <w:tr w:rsidR="00B629BB" w14:paraId="214F2E28" w14:textId="77777777" w:rsidTr="00B629BB">
        <w:trPr>
          <w:jc w:val="center"/>
        </w:trPr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FFFFFF"/>
            <w:vAlign w:val="center"/>
          </w:tcPr>
          <w:p w14:paraId="73AF0BB2" w14:textId="2EA31FE6" w:rsidR="00B629BB" w:rsidRPr="00B629BB" w:rsidRDefault="00A95D65" w:rsidP="00B629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AMELIA SHANLEY</w:t>
            </w:r>
          </w:p>
        </w:tc>
      </w:tr>
      <w:tr w:rsidR="00B629BB" w14:paraId="19F87388" w14:textId="77777777" w:rsidTr="00B629BB">
        <w:trPr>
          <w:jc w:val="center"/>
        </w:trPr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EAF2FA"/>
            <w:vAlign w:val="center"/>
          </w:tcPr>
          <w:p w14:paraId="2647FC2F" w14:textId="0C1017EC" w:rsidR="00B629BB" w:rsidRPr="00B629BB" w:rsidRDefault="00A95D65" w:rsidP="00B629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LAILA-ROSE LEE</w:t>
            </w:r>
          </w:p>
        </w:tc>
      </w:tr>
      <w:tr w:rsidR="00B629BB" w14:paraId="5C3FF37A" w14:textId="77777777" w:rsidTr="00B629BB">
        <w:trPr>
          <w:jc w:val="center"/>
        </w:trPr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FFFFFF"/>
            <w:vAlign w:val="center"/>
          </w:tcPr>
          <w:p w14:paraId="7EB6ACAA" w14:textId="2950E16A" w:rsidR="00B629BB" w:rsidRPr="00B629BB" w:rsidRDefault="00A95D65" w:rsidP="00B629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SOPHIE HARRISON</w:t>
            </w:r>
          </w:p>
        </w:tc>
      </w:tr>
      <w:tr w:rsidR="00B629BB" w14:paraId="70945D8C" w14:textId="77777777" w:rsidTr="00B629BB">
        <w:trPr>
          <w:jc w:val="center"/>
        </w:trPr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EAF2FA"/>
            <w:vAlign w:val="center"/>
          </w:tcPr>
          <w:p w14:paraId="05D47E07" w14:textId="2207CC78" w:rsidR="00B629BB" w:rsidRPr="00B629BB" w:rsidRDefault="00A95D65" w:rsidP="00B629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ANNABELLE GRIFFITHS</w:t>
            </w:r>
          </w:p>
        </w:tc>
      </w:tr>
      <w:tr w:rsidR="00B629BB" w14:paraId="369E9F3B" w14:textId="77777777" w:rsidTr="00B629BB">
        <w:trPr>
          <w:jc w:val="center"/>
        </w:trPr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FFFFFF"/>
            <w:vAlign w:val="center"/>
          </w:tcPr>
          <w:p w14:paraId="4E3A74BD" w14:textId="02249D8A" w:rsidR="00B629BB" w:rsidRPr="00B629BB" w:rsidRDefault="00A95D65" w:rsidP="00B629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MILLY UTTLEY</w:t>
            </w:r>
          </w:p>
        </w:tc>
      </w:tr>
      <w:tr w:rsidR="00B629BB" w14:paraId="7074981E" w14:textId="77777777" w:rsidTr="00B629BB">
        <w:trPr>
          <w:jc w:val="center"/>
        </w:trPr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EAF2FA"/>
            <w:vAlign w:val="center"/>
          </w:tcPr>
          <w:p w14:paraId="48B0D8AA" w14:textId="4926AE32" w:rsidR="00B629BB" w:rsidRPr="00B629BB" w:rsidRDefault="00A95D65" w:rsidP="00B629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GRACIE GRIMSHAW</w:t>
            </w:r>
          </w:p>
        </w:tc>
      </w:tr>
      <w:tr w:rsidR="00B629BB" w14:paraId="2F60F241" w14:textId="77777777" w:rsidTr="00B629BB">
        <w:trPr>
          <w:jc w:val="center"/>
        </w:trPr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FFFFFF"/>
            <w:vAlign w:val="center"/>
          </w:tcPr>
          <w:p w14:paraId="4E01151C" w14:textId="3E84F807" w:rsidR="00B629BB" w:rsidRPr="00B629BB" w:rsidRDefault="00A95D65" w:rsidP="00B629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MILLIE LEE</w:t>
            </w:r>
          </w:p>
        </w:tc>
      </w:tr>
    </w:tbl>
    <w:p w14:paraId="1565B3EB" w14:textId="274D5B94" w:rsidR="00BC2774" w:rsidRDefault="00BC2774">
      <w:pPr>
        <w:jc w:val="center"/>
      </w:pPr>
    </w:p>
    <w:sectPr w:rsidR="00BC2774" w:rsidSect="00EB34D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86935116">
    <w:abstractNumId w:val="8"/>
  </w:num>
  <w:num w:numId="2" w16cid:durableId="1935552258">
    <w:abstractNumId w:val="6"/>
  </w:num>
  <w:num w:numId="3" w16cid:durableId="1372340317">
    <w:abstractNumId w:val="5"/>
  </w:num>
  <w:num w:numId="4" w16cid:durableId="2088376380">
    <w:abstractNumId w:val="4"/>
  </w:num>
  <w:num w:numId="5" w16cid:durableId="2065908533">
    <w:abstractNumId w:val="7"/>
  </w:num>
  <w:num w:numId="6" w16cid:durableId="462306991">
    <w:abstractNumId w:val="3"/>
  </w:num>
  <w:num w:numId="7" w16cid:durableId="1872911802">
    <w:abstractNumId w:val="2"/>
  </w:num>
  <w:num w:numId="8" w16cid:durableId="345333240">
    <w:abstractNumId w:val="1"/>
  </w:num>
  <w:num w:numId="9" w16cid:durableId="146296031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063AC"/>
    <w:rsid w:val="0029639D"/>
    <w:rsid w:val="00326F90"/>
    <w:rsid w:val="005132EB"/>
    <w:rsid w:val="006309B7"/>
    <w:rsid w:val="0083025A"/>
    <w:rsid w:val="00A95D65"/>
    <w:rsid w:val="00AA1D8D"/>
    <w:rsid w:val="00B47730"/>
    <w:rsid w:val="00B629BB"/>
    <w:rsid w:val="00BC2774"/>
    <w:rsid w:val="00CB0664"/>
    <w:rsid w:val="00E163A3"/>
    <w:rsid w:val="00EB34D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0A03AB"/>
  <w14:defaultImageDpi w14:val="300"/>
  <w15:docId w15:val="{28AC5B2E-7D7A-344C-902F-705CCFBBC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Linda Moores</cp:lastModifiedBy>
  <cp:revision>3</cp:revision>
  <dcterms:created xsi:type="dcterms:W3CDTF">2026-09-13T13:54:00Z</dcterms:created>
  <dcterms:modified xsi:type="dcterms:W3CDTF">2026-09-13T13:56:00Z</dcterms:modified>
  <cp:category/>
</cp:coreProperties>
</file>