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Default="00000000" w:rsidP="006309B7">
            <w:pPr>
              <w:jc w:val="center"/>
            </w:pPr>
            <w:r>
              <w:rPr>
                <w:rFonts w:ascii="Arial" w:hAnsi="Arial"/>
                <w:b/>
                <w:color w:val="FFFFFF"/>
                <w:sz w:val="44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00C24804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 xml:space="preserve">BURNLEY </w:t>
            </w:r>
            <w:r w:rsidR="005132EB">
              <w:rPr>
                <w:rFonts w:ascii="Arial" w:hAnsi="Arial"/>
                <w:b/>
                <w:color w:val="6D1F3B"/>
                <w:sz w:val="32"/>
                <w:szCs w:val="32"/>
              </w:rPr>
              <w:t>JETS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FE6EE2" w:rsidRDefault="00000000">
      <w:pPr>
        <w:jc w:val="center"/>
        <w:rPr>
          <w:sz w:val="30"/>
          <w:szCs w:val="30"/>
        </w:rPr>
      </w:pPr>
      <w:r w:rsidRPr="00FE6EE2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68F53D9B" w:rsidR="00BC2774" w:rsidRPr="00FE6EE2" w:rsidRDefault="006309B7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15 Sept 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4D8D5786" w:rsidR="00BC2774" w:rsidRPr="00FE6EE2" w:rsidRDefault="00BC2774" w:rsidP="006309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FE6EE2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FE6EE2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24292568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POPPY BLADES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26FE316B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HANNAH LEY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35F4BFF7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HOLLY-MAE BOND MARSHALL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05FB9A1B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LUISA PHIPPS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452DC163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RIA MASIH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0A279357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KATIE STEWART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298B687B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POPPY HOPKINSON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4935F4D6" w:rsidR="00B629BB" w:rsidRPr="00B629BB" w:rsidRDefault="005132E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EVE ROBERTSHAW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32EB"/>
    <w:rsid w:val="006309B7"/>
    <w:rsid w:val="0083025A"/>
    <w:rsid w:val="00AA1D8D"/>
    <w:rsid w:val="00B47730"/>
    <w:rsid w:val="00B629BB"/>
    <w:rsid w:val="00BC2774"/>
    <w:rsid w:val="00CB0664"/>
    <w:rsid w:val="00E163A3"/>
    <w:rsid w:val="00EB34DC"/>
    <w:rsid w:val="00FC693F"/>
    <w:rsid w:val="00F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2026-09-13T13:52:00Z</dcterms:created>
  <dcterms:modified xsi:type="dcterms:W3CDTF">2026-09-13T13:57:00Z</dcterms:modified>
  <cp:category/>
</cp:coreProperties>
</file>