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45A84522" w14:textId="77777777">
        <w:trPr>
          <w:jc w:val="center"/>
        </w:trPr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6D1F3B"/>
            <w:vAlign w:val="center"/>
          </w:tcPr>
          <w:p w14:paraId="5E85DF43" w14:textId="77777777" w:rsidR="00BC2774" w:rsidRDefault="00000000" w:rsidP="006309B7">
            <w:pPr>
              <w:jc w:val="center"/>
            </w:pPr>
            <w:r>
              <w:rPr>
                <w:rFonts w:ascii="Arial" w:hAnsi="Arial"/>
                <w:b/>
                <w:color w:val="FFFFFF"/>
                <w:sz w:val="44"/>
              </w:rPr>
              <w:t>BURNLEY NETBALL CLUB</w:t>
            </w:r>
          </w:p>
        </w:tc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7FA9D8"/>
            <w:vAlign w:val="center"/>
          </w:tcPr>
          <w:p w14:paraId="50D2E501" w14:textId="5DD13E11" w:rsidR="00BC2774" w:rsidRPr="006309B7" w:rsidRDefault="006309B7">
            <w:pPr>
              <w:jc w:val="center"/>
              <w:rPr>
                <w:sz w:val="32"/>
                <w:szCs w:val="32"/>
              </w:rPr>
            </w:pPr>
            <w:r w:rsidRPr="006309B7">
              <w:rPr>
                <w:rFonts w:ascii="Arial" w:hAnsi="Arial"/>
                <w:b/>
                <w:color w:val="6D1F3B"/>
                <w:sz w:val="32"/>
                <w:szCs w:val="32"/>
              </w:rPr>
              <w:t xml:space="preserve">BURNLEY </w:t>
            </w:r>
            <w:r w:rsidR="00187693">
              <w:rPr>
                <w:rFonts w:ascii="Arial" w:hAnsi="Arial"/>
                <w:b/>
                <w:color w:val="6D1F3B"/>
                <w:sz w:val="32"/>
                <w:szCs w:val="32"/>
              </w:rPr>
              <w:t>STRIKERS</w:t>
            </w:r>
          </w:p>
        </w:tc>
      </w:tr>
    </w:tbl>
    <w:p w14:paraId="2369BF6D" w14:textId="77777777" w:rsidR="00EB34DC" w:rsidRDefault="00EB34DC">
      <w:pPr>
        <w:jc w:val="center"/>
        <w:rPr>
          <w:rFonts w:ascii="Arial" w:hAnsi="Arial"/>
          <w:b/>
          <w:color w:val="6D1F3B"/>
          <w:sz w:val="26"/>
        </w:rPr>
      </w:pPr>
    </w:p>
    <w:p w14:paraId="63710729" w14:textId="3FD682EE" w:rsidR="00BC2774" w:rsidRPr="00710558" w:rsidRDefault="00000000">
      <w:pPr>
        <w:jc w:val="center"/>
        <w:rPr>
          <w:sz w:val="30"/>
          <w:szCs w:val="30"/>
        </w:rPr>
      </w:pPr>
      <w:r w:rsidRPr="00710558">
        <w:rPr>
          <w:rFonts w:ascii="Arial" w:hAnsi="Arial"/>
          <w:b/>
          <w:color w:val="6D1F3B"/>
          <w:sz w:val="30"/>
          <w:szCs w:val="30"/>
        </w:rPr>
        <w:t>MATCH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2E102E4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22C999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040E278E" w14:textId="68F53D9B" w:rsidR="00BC2774" w:rsidRPr="00004814" w:rsidRDefault="006309B7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15 Sept 2026</w:t>
            </w:r>
          </w:p>
        </w:tc>
      </w:tr>
      <w:tr w:rsidR="00BC2774" w14:paraId="1BC0FC0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3DCD4E42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MATCH TIME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084009B4" w14:textId="4D8D5786" w:rsidR="00BC2774" w:rsidRPr="00004814" w:rsidRDefault="00BC2774" w:rsidP="006309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C2774" w14:paraId="206C0084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559291BB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VENUE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72ED9B4E" w14:textId="77777777" w:rsidR="00BC2774" w:rsidRPr="00004814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Broadfield Specialist School</w:t>
            </w: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Coal Clough Lane, Burnley</w:t>
            </w: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BB11 5BT</w:t>
            </w:r>
          </w:p>
        </w:tc>
      </w:tr>
      <w:tr w:rsidR="00BC2774" w14:paraId="198B1BE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6A5C811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PLAYING SURFACE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79D272CD" w14:textId="77777777" w:rsidR="00BC2774" w:rsidRPr="00004814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Astro Turf</w:t>
            </w:r>
          </w:p>
        </w:tc>
      </w:tr>
      <w:tr w:rsidR="00BC2774" w14:paraId="7F05489E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8BB643D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ARRIVAL / PAYMENT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1801256B" w14:textId="77777777" w:rsidR="00BC2774" w:rsidRPr="00004814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Please arrive 10 mins before the start of your game.</w:t>
            </w: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Cost per game £3.00 – cash only, payable on the night of the fixture.</w:t>
            </w:r>
          </w:p>
        </w:tc>
      </w:tr>
    </w:tbl>
    <w:p w14:paraId="76274BFA" w14:textId="77777777" w:rsidR="00EB34DC" w:rsidRDefault="00EB34DC" w:rsidP="00EB34DC">
      <w:pPr>
        <w:jc w:val="center"/>
        <w:rPr>
          <w:rFonts w:ascii="Arial" w:hAnsi="Arial"/>
          <w:b/>
          <w:color w:val="6D1F3B"/>
          <w:sz w:val="32"/>
          <w:szCs w:val="32"/>
        </w:rPr>
      </w:pPr>
    </w:p>
    <w:p w14:paraId="08BFD1EF" w14:textId="22AA3105" w:rsidR="00BC2774" w:rsidRPr="00EB34DC" w:rsidRDefault="00000000" w:rsidP="00EB34DC">
      <w:pPr>
        <w:jc w:val="center"/>
        <w:rPr>
          <w:sz w:val="32"/>
          <w:szCs w:val="32"/>
        </w:rPr>
      </w:pPr>
      <w:r w:rsidRPr="00EB34DC">
        <w:rPr>
          <w:rFonts w:ascii="Arial" w:hAnsi="Arial"/>
          <w:b/>
          <w:color w:val="6D1F3B"/>
          <w:sz w:val="32"/>
          <w:szCs w:val="32"/>
        </w:rPr>
        <w:t>SQUAD LIST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27"/>
      </w:tblGrid>
      <w:tr w:rsidR="00B629BB" w14:paraId="1F596E59" w14:textId="77777777" w:rsidTr="00EB34DC">
        <w:trPr>
          <w:trHeight w:val="675"/>
          <w:jc w:val="center"/>
        </w:trPr>
        <w:tc>
          <w:tcPr>
            <w:tcW w:w="4127" w:type="dxa"/>
            <w:tcBorders>
              <w:top w:val="single" w:sz="6" w:space="0" w:color="6D1F3B"/>
              <w:left w:val="single" w:sz="6" w:space="0" w:color="6D1F3B"/>
              <w:bottom w:val="single" w:sz="6" w:space="0" w:color="6D1F3B"/>
              <w:right w:val="single" w:sz="6" w:space="0" w:color="6D1F3B"/>
            </w:tcBorders>
            <w:shd w:val="clear" w:color="auto" w:fill="7FA9D8"/>
          </w:tcPr>
          <w:p w14:paraId="40F66065" w14:textId="77777777" w:rsidR="00B629BB" w:rsidRPr="00EB34DC" w:rsidRDefault="00B629BB" w:rsidP="00EB34DC">
            <w:pPr>
              <w:jc w:val="center"/>
              <w:rPr>
                <w:rFonts w:ascii="Arial" w:hAnsi="Arial"/>
                <w:b/>
                <w:color w:val="6D1F3B"/>
                <w:sz w:val="28"/>
                <w:szCs w:val="28"/>
              </w:rPr>
            </w:pPr>
          </w:p>
          <w:p w14:paraId="1991B026" w14:textId="4C03984B" w:rsidR="00B629BB" w:rsidRPr="00B629BB" w:rsidRDefault="00B629BB" w:rsidP="00EB34DC">
            <w:pPr>
              <w:jc w:val="center"/>
              <w:rPr>
                <w:sz w:val="32"/>
                <w:szCs w:val="32"/>
              </w:rPr>
            </w:pPr>
            <w:r w:rsidRPr="00B629BB">
              <w:rPr>
                <w:rFonts w:ascii="Arial" w:hAnsi="Arial"/>
                <w:b/>
                <w:color w:val="6D1F3B"/>
                <w:sz w:val="32"/>
                <w:szCs w:val="32"/>
              </w:rPr>
              <w:t>PLAYER NAME</w:t>
            </w:r>
          </w:p>
        </w:tc>
      </w:tr>
      <w:tr w:rsidR="00B629BB" w14:paraId="09AC0E30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6253CB8" w14:textId="1C08F6F8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LOTTIE FOSTER</w:t>
            </w:r>
          </w:p>
        </w:tc>
      </w:tr>
      <w:tr w:rsidR="00B629BB" w14:paraId="214F2E2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3AF0BB2" w14:textId="15D3FA43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CHLOE ASHWORTH</w:t>
            </w:r>
          </w:p>
        </w:tc>
      </w:tr>
      <w:tr w:rsidR="00B629BB" w14:paraId="19F8738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2647FC2F" w14:textId="06C5B786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MARTHA ROBERTS</w:t>
            </w:r>
          </w:p>
        </w:tc>
      </w:tr>
      <w:tr w:rsidR="00B629BB" w14:paraId="5C3FF37A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EB6ACAA" w14:textId="767A68D5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AMELIA BLACKEY</w:t>
            </w:r>
          </w:p>
        </w:tc>
      </w:tr>
      <w:tr w:rsidR="00B629BB" w14:paraId="70945D8C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5D47E07" w14:textId="319BFE5F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AMELIA KENNETT</w:t>
            </w:r>
          </w:p>
        </w:tc>
      </w:tr>
      <w:tr w:rsidR="00B629BB" w14:paraId="369E9F3B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3A74BD" w14:textId="7213FAE1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AYSHA WILSON</w:t>
            </w:r>
          </w:p>
        </w:tc>
      </w:tr>
      <w:tr w:rsidR="00B629BB" w14:paraId="7074981E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48B0D8AA" w14:textId="15EFA3C3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EVIE FRENCH</w:t>
            </w:r>
          </w:p>
        </w:tc>
      </w:tr>
      <w:tr w:rsidR="00B629BB" w14:paraId="2F60F241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01151C" w14:textId="304E5061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HOLLY BLEASDALE</w:t>
            </w:r>
          </w:p>
        </w:tc>
      </w:tr>
    </w:tbl>
    <w:p w14:paraId="1565B3EB" w14:textId="274D5B94" w:rsidR="00BC2774" w:rsidRDefault="00BC2774">
      <w:pPr>
        <w:jc w:val="center"/>
      </w:pPr>
    </w:p>
    <w:sectPr w:rsidR="00BC2774" w:rsidSect="00EB34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935116">
    <w:abstractNumId w:val="8"/>
  </w:num>
  <w:num w:numId="2" w16cid:durableId="1935552258">
    <w:abstractNumId w:val="6"/>
  </w:num>
  <w:num w:numId="3" w16cid:durableId="1372340317">
    <w:abstractNumId w:val="5"/>
  </w:num>
  <w:num w:numId="4" w16cid:durableId="2088376380">
    <w:abstractNumId w:val="4"/>
  </w:num>
  <w:num w:numId="5" w16cid:durableId="2065908533">
    <w:abstractNumId w:val="7"/>
  </w:num>
  <w:num w:numId="6" w16cid:durableId="462306991">
    <w:abstractNumId w:val="3"/>
  </w:num>
  <w:num w:numId="7" w16cid:durableId="1872911802">
    <w:abstractNumId w:val="2"/>
  </w:num>
  <w:num w:numId="8" w16cid:durableId="345333240">
    <w:abstractNumId w:val="1"/>
  </w:num>
  <w:num w:numId="9" w16cid:durableId="1462960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814"/>
    <w:rsid w:val="00034616"/>
    <w:rsid w:val="0006063C"/>
    <w:rsid w:val="0015074B"/>
    <w:rsid w:val="00187693"/>
    <w:rsid w:val="0029639D"/>
    <w:rsid w:val="00326F90"/>
    <w:rsid w:val="005132EB"/>
    <w:rsid w:val="006309B7"/>
    <w:rsid w:val="00710558"/>
    <w:rsid w:val="0083025A"/>
    <w:rsid w:val="00A95D65"/>
    <w:rsid w:val="00AA1D8D"/>
    <w:rsid w:val="00B47730"/>
    <w:rsid w:val="00B629BB"/>
    <w:rsid w:val="00BC2774"/>
    <w:rsid w:val="00CB0664"/>
    <w:rsid w:val="00E163A3"/>
    <w:rsid w:val="00EB34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A03AB"/>
  <w14:defaultImageDpi w14:val="300"/>
  <w15:docId w15:val="{28AC5B2E-7D7A-344C-902F-705CCFBB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Moores</cp:lastModifiedBy>
  <cp:revision>3</cp:revision>
  <dcterms:created xsi:type="dcterms:W3CDTF">2026-09-13T13:55:00Z</dcterms:created>
  <dcterms:modified xsi:type="dcterms:W3CDTF">2026-09-13T13:56:00Z</dcterms:modified>
  <cp:category/>
</cp:coreProperties>
</file>