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45A84522" w14:textId="77777777">
        <w:trPr>
          <w:jc w:val="center"/>
        </w:trPr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6D1F3B"/>
            <w:vAlign w:val="center"/>
          </w:tcPr>
          <w:p w14:paraId="5E85DF43" w14:textId="77777777" w:rsidR="00BC2774" w:rsidRDefault="00000000" w:rsidP="006309B7">
            <w:pPr>
              <w:jc w:val="center"/>
            </w:pPr>
            <w:r>
              <w:rPr>
                <w:rFonts w:ascii="Arial" w:hAnsi="Arial"/>
                <w:b/>
                <w:color w:val="FFFFFF"/>
                <w:sz w:val="44"/>
              </w:rPr>
              <w:t>BURNLEY NETBALL CLUB</w:t>
            </w:r>
          </w:p>
        </w:tc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7FA9D8"/>
            <w:vAlign w:val="center"/>
          </w:tcPr>
          <w:p w14:paraId="50D2E501" w14:textId="18D292AD" w:rsidR="00BC2774" w:rsidRPr="006309B7" w:rsidRDefault="006309B7">
            <w:pPr>
              <w:jc w:val="center"/>
              <w:rPr>
                <w:sz w:val="32"/>
                <w:szCs w:val="32"/>
              </w:rPr>
            </w:pPr>
            <w:r w:rsidRPr="006309B7">
              <w:rPr>
                <w:rFonts w:ascii="Arial" w:hAnsi="Arial"/>
                <w:b/>
                <w:color w:val="6D1F3B"/>
                <w:sz w:val="32"/>
                <w:szCs w:val="32"/>
              </w:rPr>
              <w:t xml:space="preserve">BURNLEY </w:t>
            </w:r>
            <w:r w:rsidR="00A95D65">
              <w:rPr>
                <w:rFonts w:ascii="Arial" w:hAnsi="Arial"/>
                <w:b/>
                <w:color w:val="6D1F3B"/>
                <w:sz w:val="32"/>
                <w:szCs w:val="32"/>
              </w:rPr>
              <w:t>BABES</w:t>
            </w:r>
          </w:p>
        </w:tc>
      </w:tr>
    </w:tbl>
    <w:p w14:paraId="2369BF6D" w14:textId="77777777" w:rsidR="00EB34DC" w:rsidRDefault="00EB34DC">
      <w:pPr>
        <w:jc w:val="center"/>
        <w:rPr>
          <w:rFonts w:ascii="Arial" w:hAnsi="Arial"/>
          <w:b/>
          <w:color w:val="6D1F3B"/>
          <w:sz w:val="26"/>
        </w:rPr>
      </w:pPr>
    </w:p>
    <w:p w14:paraId="63710729" w14:textId="3FD682EE" w:rsidR="00BC2774" w:rsidRPr="002063AC" w:rsidRDefault="00000000">
      <w:pPr>
        <w:jc w:val="center"/>
        <w:rPr>
          <w:sz w:val="30"/>
          <w:szCs w:val="30"/>
        </w:rPr>
      </w:pPr>
      <w:r w:rsidRPr="002063AC">
        <w:rPr>
          <w:rFonts w:ascii="Arial" w:hAnsi="Arial"/>
          <w:b/>
          <w:color w:val="6D1F3B"/>
          <w:sz w:val="30"/>
          <w:szCs w:val="30"/>
        </w:rPr>
        <w:t>MATCH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2E102E4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22C999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040E278E" w14:textId="0BE4A9AE" w:rsidR="00BC2774" w:rsidRPr="002063AC" w:rsidRDefault="00B73E27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 xml:space="preserve">3 Nov </w:t>
            </w:r>
            <w:r w:rsidR="006309B7"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2026</w:t>
            </w:r>
          </w:p>
        </w:tc>
      </w:tr>
      <w:tr w:rsidR="00BC2774" w14:paraId="1BC0FC0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3DCD4E42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MATCH TIME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084009B4" w14:textId="70248348" w:rsidR="00BC2774" w:rsidRPr="002063AC" w:rsidRDefault="00201544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6.15PM</w:t>
            </w:r>
          </w:p>
        </w:tc>
      </w:tr>
      <w:tr w:rsidR="00BC2774" w14:paraId="206C0084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559291BB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VENUE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72ED9B4E" w14:textId="77777777" w:rsidR="00BC2774" w:rsidRPr="002063AC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Broadfield Specialist School</w:t>
            </w: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Coal Clough Lane, Burnley</w:t>
            </w: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BB11 5BT</w:t>
            </w:r>
          </w:p>
        </w:tc>
      </w:tr>
      <w:tr w:rsidR="00B73E27" w14:paraId="145298C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16051B88" w14:textId="7D5175A0" w:rsidR="00B73E27" w:rsidRDefault="00B73E27">
            <w:pPr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OPPOSITION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5CFDEBF9" w14:textId="08252473" w:rsidR="00B73E27" w:rsidRPr="002063AC" w:rsidRDefault="00B73E27" w:rsidP="006309B7">
            <w:pPr>
              <w:jc w:val="center"/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WINGING IT</w:t>
            </w:r>
          </w:p>
        </w:tc>
      </w:tr>
      <w:tr w:rsidR="00BC2774" w14:paraId="198B1BE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A5C811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PLAYING SURFACE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79D272CD" w14:textId="77777777" w:rsidR="00BC2774" w:rsidRPr="002063AC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Astro Turf</w:t>
            </w:r>
          </w:p>
        </w:tc>
      </w:tr>
      <w:tr w:rsidR="00BC2774" w14:paraId="7F05489E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8BB643D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ARRIVAL / PAYMENT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801256B" w14:textId="77777777" w:rsidR="00BC2774" w:rsidRPr="002063AC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Please arrive 10 mins before the start of your game.</w:t>
            </w: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Cost per game £3.00 – cash only, payable on the night of the fixture.</w:t>
            </w:r>
          </w:p>
        </w:tc>
      </w:tr>
    </w:tbl>
    <w:p w14:paraId="76274BFA" w14:textId="77777777" w:rsidR="00EB34DC" w:rsidRDefault="00EB34DC" w:rsidP="00EB34DC">
      <w:pPr>
        <w:jc w:val="center"/>
        <w:rPr>
          <w:rFonts w:ascii="Arial" w:hAnsi="Arial"/>
          <w:b/>
          <w:color w:val="6D1F3B"/>
          <w:sz w:val="32"/>
          <w:szCs w:val="32"/>
        </w:rPr>
      </w:pPr>
    </w:p>
    <w:p w14:paraId="08BFD1EF" w14:textId="22AA3105" w:rsidR="00BC2774" w:rsidRPr="00EB34DC" w:rsidRDefault="00000000" w:rsidP="00EB34DC">
      <w:pPr>
        <w:jc w:val="center"/>
        <w:rPr>
          <w:sz w:val="32"/>
          <w:szCs w:val="32"/>
        </w:rPr>
      </w:pPr>
      <w:r w:rsidRPr="00EB34DC">
        <w:rPr>
          <w:rFonts w:ascii="Arial" w:hAnsi="Arial"/>
          <w:b/>
          <w:color w:val="6D1F3B"/>
          <w:sz w:val="32"/>
          <w:szCs w:val="32"/>
        </w:rPr>
        <w:t>SQUAD LIST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7"/>
      </w:tblGrid>
      <w:tr w:rsidR="00B629BB" w14:paraId="1F596E59" w14:textId="77777777" w:rsidTr="00EB34DC">
        <w:trPr>
          <w:trHeight w:val="675"/>
          <w:jc w:val="center"/>
        </w:trPr>
        <w:tc>
          <w:tcPr>
            <w:tcW w:w="4127" w:type="dxa"/>
            <w:tcBorders>
              <w:top w:val="single" w:sz="6" w:space="0" w:color="6D1F3B"/>
              <w:left w:val="single" w:sz="6" w:space="0" w:color="6D1F3B"/>
              <w:bottom w:val="single" w:sz="6" w:space="0" w:color="6D1F3B"/>
              <w:right w:val="single" w:sz="6" w:space="0" w:color="6D1F3B"/>
            </w:tcBorders>
            <w:shd w:val="clear" w:color="auto" w:fill="7FA9D8"/>
          </w:tcPr>
          <w:p w14:paraId="40F66065" w14:textId="77777777" w:rsidR="00B629BB" w:rsidRPr="00EB34DC" w:rsidRDefault="00B629BB" w:rsidP="00EB34DC">
            <w:pPr>
              <w:jc w:val="center"/>
              <w:rPr>
                <w:rFonts w:ascii="Arial" w:hAnsi="Arial"/>
                <w:b/>
                <w:color w:val="6D1F3B"/>
                <w:sz w:val="28"/>
                <w:szCs w:val="28"/>
              </w:rPr>
            </w:pPr>
          </w:p>
          <w:p w14:paraId="1991B026" w14:textId="4C03984B" w:rsidR="00B629BB" w:rsidRPr="00B629BB" w:rsidRDefault="00B629BB" w:rsidP="00EB34DC">
            <w:pPr>
              <w:jc w:val="center"/>
              <w:rPr>
                <w:sz w:val="32"/>
                <w:szCs w:val="32"/>
              </w:rPr>
            </w:pPr>
            <w:r w:rsidRPr="00B629BB">
              <w:rPr>
                <w:rFonts w:ascii="Arial" w:hAnsi="Arial"/>
                <w:b/>
                <w:color w:val="6D1F3B"/>
                <w:sz w:val="32"/>
                <w:szCs w:val="32"/>
              </w:rPr>
              <w:t>PLAYER NAME</w:t>
            </w:r>
          </w:p>
        </w:tc>
      </w:tr>
      <w:tr w:rsidR="00B629BB" w14:paraId="09AC0E30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6253CB8" w14:textId="715588BE" w:rsidR="00B629BB" w:rsidRPr="00B629BB" w:rsidRDefault="00B73E27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SOPHIE HARRISON</w:t>
            </w:r>
          </w:p>
        </w:tc>
      </w:tr>
      <w:tr w:rsidR="00B629BB" w14:paraId="214F2E2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3AF0BB2" w14:textId="2EA31FE6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AMELIA SHANLEY</w:t>
            </w:r>
          </w:p>
        </w:tc>
      </w:tr>
      <w:tr w:rsidR="00B629BB" w14:paraId="19F8738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2647FC2F" w14:textId="55A1E326" w:rsidR="00B629BB" w:rsidRPr="00B629BB" w:rsidRDefault="00B73E27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MAISEY AINSWORTH</w:t>
            </w:r>
          </w:p>
        </w:tc>
      </w:tr>
      <w:tr w:rsidR="00B629BB" w14:paraId="5C3FF37A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EB6ACAA" w14:textId="6510F339" w:rsidR="00B629BB" w:rsidRPr="00B629BB" w:rsidRDefault="00B73E27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GRACIE GRIMSHAW</w:t>
            </w:r>
          </w:p>
        </w:tc>
      </w:tr>
      <w:tr w:rsidR="00B629BB" w14:paraId="70945D8C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5D47E07" w14:textId="2207CC78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ANNABELLE GRIFFITHS</w:t>
            </w:r>
          </w:p>
        </w:tc>
      </w:tr>
      <w:tr w:rsidR="00B629BB" w14:paraId="369E9F3B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3A74BD" w14:textId="02249D8A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MILLY UTTLEY</w:t>
            </w:r>
          </w:p>
        </w:tc>
      </w:tr>
      <w:tr w:rsidR="00B629BB" w14:paraId="7074981E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48B0D8AA" w14:textId="42F39896" w:rsidR="00B629BB" w:rsidRPr="00B629BB" w:rsidRDefault="00B73E27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MILLIE LEE</w:t>
            </w:r>
          </w:p>
        </w:tc>
      </w:tr>
    </w:tbl>
    <w:p w14:paraId="1565B3EB" w14:textId="274D5B94" w:rsidR="00BC2774" w:rsidRDefault="00BC2774">
      <w:pPr>
        <w:jc w:val="center"/>
      </w:pPr>
    </w:p>
    <w:sectPr w:rsidR="00BC2774" w:rsidSect="00EB34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5116">
    <w:abstractNumId w:val="8"/>
  </w:num>
  <w:num w:numId="2" w16cid:durableId="1935552258">
    <w:abstractNumId w:val="6"/>
  </w:num>
  <w:num w:numId="3" w16cid:durableId="1372340317">
    <w:abstractNumId w:val="5"/>
  </w:num>
  <w:num w:numId="4" w16cid:durableId="2088376380">
    <w:abstractNumId w:val="4"/>
  </w:num>
  <w:num w:numId="5" w16cid:durableId="2065908533">
    <w:abstractNumId w:val="7"/>
  </w:num>
  <w:num w:numId="6" w16cid:durableId="462306991">
    <w:abstractNumId w:val="3"/>
  </w:num>
  <w:num w:numId="7" w16cid:durableId="1872911802">
    <w:abstractNumId w:val="2"/>
  </w:num>
  <w:num w:numId="8" w16cid:durableId="345333240">
    <w:abstractNumId w:val="1"/>
  </w:num>
  <w:num w:numId="9" w16cid:durableId="1462960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D22"/>
    <w:rsid w:val="000E319B"/>
    <w:rsid w:val="0015074B"/>
    <w:rsid w:val="00201544"/>
    <w:rsid w:val="002063AC"/>
    <w:rsid w:val="00295F32"/>
    <w:rsid w:val="0029639D"/>
    <w:rsid w:val="00326F90"/>
    <w:rsid w:val="005132EB"/>
    <w:rsid w:val="006309B7"/>
    <w:rsid w:val="0083025A"/>
    <w:rsid w:val="0091286B"/>
    <w:rsid w:val="00A95D65"/>
    <w:rsid w:val="00AA1D8D"/>
    <w:rsid w:val="00B47730"/>
    <w:rsid w:val="00B629BB"/>
    <w:rsid w:val="00B73E27"/>
    <w:rsid w:val="00BC2774"/>
    <w:rsid w:val="00CB0664"/>
    <w:rsid w:val="00E163A3"/>
    <w:rsid w:val="00EB34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A03AB"/>
  <w14:defaultImageDpi w14:val="300"/>
  <w15:docId w15:val="{28AC5B2E-7D7A-344C-902F-705CCFBB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Moores</cp:lastModifiedBy>
  <cp:revision>3</cp:revision>
  <dcterms:created xsi:type="dcterms:W3CDTF">2026-10-31T11:06:00Z</dcterms:created>
  <dcterms:modified xsi:type="dcterms:W3CDTF">2026-10-31T11:09:00Z</dcterms:modified>
  <cp:category/>
</cp:coreProperties>
</file>