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45A84522" w14:textId="77777777" w:rsidTr="003409E4">
        <w:trPr>
          <w:trHeight w:val="970"/>
          <w:jc w:val="center"/>
        </w:trPr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6D1F3B"/>
            <w:vAlign w:val="center"/>
          </w:tcPr>
          <w:p w14:paraId="5E85DF43" w14:textId="77777777" w:rsidR="00BC2774" w:rsidRPr="003409E4" w:rsidRDefault="00000000" w:rsidP="006309B7">
            <w:pPr>
              <w:jc w:val="center"/>
              <w:rPr>
                <w:sz w:val="40"/>
                <w:szCs w:val="40"/>
              </w:rPr>
            </w:pPr>
            <w:r w:rsidRPr="003409E4">
              <w:rPr>
                <w:rFonts w:ascii="Arial" w:hAnsi="Arial"/>
                <w:b/>
                <w:color w:val="FFFFFF"/>
                <w:sz w:val="40"/>
                <w:szCs w:val="40"/>
              </w:rPr>
              <w:t>BURNLEY NETBALL CLUB</w:t>
            </w:r>
          </w:p>
        </w:tc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7FA9D8"/>
            <w:vAlign w:val="center"/>
          </w:tcPr>
          <w:p w14:paraId="50D2E501" w14:textId="3D6865A8" w:rsidR="00BC2774" w:rsidRPr="006309B7" w:rsidRDefault="006309B7">
            <w:pPr>
              <w:jc w:val="center"/>
              <w:rPr>
                <w:sz w:val="32"/>
                <w:szCs w:val="32"/>
              </w:rPr>
            </w:pPr>
            <w:r w:rsidRPr="006309B7">
              <w:rPr>
                <w:rFonts w:ascii="Arial" w:hAnsi="Arial"/>
                <w:b/>
                <w:color w:val="6D1F3B"/>
                <w:sz w:val="32"/>
                <w:szCs w:val="32"/>
              </w:rPr>
              <w:t>BURNLEY BEES</w:t>
            </w:r>
          </w:p>
        </w:tc>
      </w:tr>
    </w:tbl>
    <w:tbl>
      <w:tblPr>
        <w:tblpPr w:leftFromText="180" w:rightFromText="180" w:vertAnchor="text" w:horzAnchor="margin" w:tblpY="384"/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3409E4" w14:paraId="2197CA8B" w14:textId="77777777" w:rsidTr="003409E4"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20FFD0AB" w14:textId="77777777" w:rsidR="003409E4" w:rsidRDefault="003409E4" w:rsidP="003409E4"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10F4FCED" w14:textId="77777777" w:rsidR="003409E4" w:rsidRPr="00081EB8" w:rsidRDefault="003409E4" w:rsidP="003409E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3 Nov</w:t>
            </w: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 xml:space="preserve"> 2026</w:t>
            </w:r>
          </w:p>
        </w:tc>
      </w:tr>
      <w:tr w:rsidR="003409E4" w14:paraId="57D10854" w14:textId="77777777" w:rsidTr="003409E4"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5742040C" w14:textId="77777777" w:rsidR="003409E4" w:rsidRDefault="003409E4" w:rsidP="003409E4">
            <w:r>
              <w:rPr>
                <w:rFonts w:ascii="Arial" w:hAnsi="Arial"/>
                <w:b/>
                <w:color w:val="FFFFFF"/>
                <w:sz w:val="20"/>
              </w:rPr>
              <w:t>MATCH TIME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1AA21A20" w14:textId="77777777" w:rsidR="003409E4" w:rsidRPr="00081EB8" w:rsidRDefault="003409E4" w:rsidP="003409E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7.45pm</w:t>
            </w:r>
          </w:p>
        </w:tc>
      </w:tr>
      <w:tr w:rsidR="003409E4" w14:paraId="38755FF7" w14:textId="77777777" w:rsidTr="003409E4">
        <w:trPr>
          <w:trHeight w:val="348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9395C08" w14:textId="77777777" w:rsidR="003409E4" w:rsidRDefault="003409E4" w:rsidP="003409E4">
            <w:pPr>
              <w:rPr>
                <w:rFonts w:ascii="Arial" w:hAnsi="Arial"/>
                <w:b/>
                <w:color w:val="FFFFFF"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OPPOSITION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788C4664" w14:textId="77777777" w:rsidR="003409E4" w:rsidRDefault="003409E4" w:rsidP="003409E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BFC IN THE COMMUNITY CLARETS</w:t>
            </w:r>
          </w:p>
        </w:tc>
      </w:tr>
      <w:tr w:rsidR="003409E4" w14:paraId="08C263AC" w14:textId="77777777" w:rsidTr="003409E4"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9EF6751" w14:textId="77777777" w:rsidR="003409E4" w:rsidRDefault="003409E4" w:rsidP="003409E4">
            <w:r>
              <w:rPr>
                <w:rFonts w:ascii="Arial" w:hAnsi="Arial"/>
                <w:b/>
                <w:color w:val="FFFFFF"/>
                <w:sz w:val="20"/>
              </w:rPr>
              <w:t>VENUE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405B4712" w14:textId="77777777" w:rsidR="003409E4" w:rsidRPr="00081EB8" w:rsidRDefault="003409E4" w:rsidP="003409E4">
            <w:pPr>
              <w:jc w:val="center"/>
              <w:rPr>
                <w:b/>
                <w:bCs/>
                <w:sz w:val="24"/>
                <w:szCs w:val="24"/>
              </w:rPr>
            </w:pP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Broadfield Specialist School</w:t>
            </w: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Coal Clough Lane, Burnley</w:t>
            </w: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BB11 5BT</w:t>
            </w:r>
          </w:p>
        </w:tc>
      </w:tr>
      <w:tr w:rsidR="003409E4" w14:paraId="041319C1" w14:textId="77777777" w:rsidTr="003409E4"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247660B4" w14:textId="77777777" w:rsidR="003409E4" w:rsidRDefault="003409E4" w:rsidP="003409E4">
            <w:r>
              <w:rPr>
                <w:rFonts w:ascii="Arial" w:hAnsi="Arial"/>
                <w:b/>
                <w:color w:val="FFFFFF"/>
                <w:sz w:val="20"/>
              </w:rPr>
              <w:t>PLAYING SURFACE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6C689B1A" w14:textId="77777777" w:rsidR="003409E4" w:rsidRPr="00081EB8" w:rsidRDefault="003409E4" w:rsidP="003409E4">
            <w:pPr>
              <w:jc w:val="center"/>
              <w:rPr>
                <w:b/>
                <w:bCs/>
                <w:sz w:val="24"/>
                <w:szCs w:val="24"/>
              </w:rPr>
            </w:pP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Astro Turf</w:t>
            </w:r>
          </w:p>
        </w:tc>
      </w:tr>
      <w:tr w:rsidR="003409E4" w14:paraId="787C7A0C" w14:textId="77777777" w:rsidTr="003409E4"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6BCFA467" w14:textId="77777777" w:rsidR="003409E4" w:rsidRDefault="003409E4" w:rsidP="003409E4">
            <w:r>
              <w:rPr>
                <w:rFonts w:ascii="Arial" w:hAnsi="Arial"/>
                <w:b/>
                <w:color w:val="FFFFFF"/>
                <w:sz w:val="20"/>
              </w:rPr>
              <w:t>ARRIVAL / PAYMENT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17E2F277" w14:textId="77777777" w:rsidR="003409E4" w:rsidRPr="00081EB8" w:rsidRDefault="003409E4" w:rsidP="003409E4">
            <w:pPr>
              <w:jc w:val="center"/>
              <w:rPr>
                <w:b/>
                <w:bCs/>
                <w:sz w:val="24"/>
                <w:szCs w:val="24"/>
              </w:rPr>
            </w:pP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Please arrive 10 mins before the start of your game.</w:t>
            </w: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Cost per game £3.00 – cash only, payable on the night of the fixture.</w:t>
            </w:r>
          </w:p>
        </w:tc>
      </w:tr>
    </w:tbl>
    <w:p w14:paraId="63710729" w14:textId="3FD682EE" w:rsidR="00BC2774" w:rsidRPr="00081EB8" w:rsidRDefault="00000000">
      <w:pPr>
        <w:jc w:val="center"/>
        <w:rPr>
          <w:sz w:val="30"/>
          <w:szCs w:val="30"/>
        </w:rPr>
      </w:pPr>
      <w:r w:rsidRPr="00081EB8">
        <w:rPr>
          <w:rFonts w:ascii="Arial" w:hAnsi="Arial"/>
          <w:b/>
          <w:color w:val="6D1F3B"/>
          <w:sz w:val="30"/>
          <w:szCs w:val="30"/>
        </w:rPr>
        <w:t>MATCH INFORMATION</w:t>
      </w:r>
    </w:p>
    <w:p w14:paraId="5273119C" w14:textId="77777777" w:rsidR="003409E4" w:rsidRDefault="003409E4" w:rsidP="003409E4">
      <w:pPr>
        <w:rPr>
          <w:rFonts w:ascii="Arial" w:hAnsi="Arial"/>
          <w:b/>
          <w:color w:val="6D1F3B"/>
          <w:sz w:val="32"/>
          <w:szCs w:val="32"/>
        </w:rPr>
      </w:pPr>
      <w:r>
        <w:rPr>
          <w:rFonts w:ascii="Arial" w:hAnsi="Arial"/>
          <w:b/>
          <w:color w:val="6D1F3B"/>
          <w:sz w:val="32"/>
          <w:szCs w:val="32"/>
        </w:rPr>
        <w:t xml:space="preserve">                                                          </w:t>
      </w:r>
    </w:p>
    <w:p w14:paraId="08BFD1EF" w14:textId="6C1D29A2" w:rsidR="00BC2774" w:rsidRPr="00EB34DC" w:rsidRDefault="003409E4" w:rsidP="003409E4">
      <w:pPr>
        <w:rPr>
          <w:sz w:val="32"/>
          <w:szCs w:val="32"/>
        </w:rPr>
      </w:pPr>
      <w:r>
        <w:rPr>
          <w:rFonts w:ascii="Arial" w:hAnsi="Arial"/>
          <w:b/>
          <w:color w:val="6D1F3B"/>
          <w:sz w:val="32"/>
          <w:szCs w:val="32"/>
        </w:rPr>
        <w:t xml:space="preserve">                                                  </w:t>
      </w:r>
      <w:r w:rsidRPr="00EB34DC">
        <w:rPr>
          <w:rFonts w:ascii="Arial" w:hAnsi="Arial"/>
          <w:b/>
          <w:color w:val="6D1F3B"/>
          <w:sz w:val="32"/>
          <w:szCs w:val="32"/>
        </w:rPr>
        <w:t>SQUAD LIST</w:t>
      </w:r>
    </w:p>
    <w:tbl>
      <w:tblPr>
        <w:tblpPr w:leftFromText="180" w:rightFromText="180" w:vertAnchor="text" w:horzAnchor="margin" w:tblpXSpec="center" w:tblpY="-14"/>
        <w:tblW w:w="0" w:type="auto"/>
        <w:tblLayout w:type="fixed"/>
        <w:tblLook w:val="04A0" w:firstRow="1" w:lastRow="0" w:firstColumn="1" w:lastColumn="0" w:noHBand="0" w:noVBand="1"/>
      </w:tblPr>
      <w:tblGrid>
        <w:gridCol w:w="4127"/>
      </w:tblGrid>
      <w:tr w:rsidR="003409E4" w14:paraId="31093A29" w14:textId="77777777" w:rsidTr="003409E4">
        <w:trPr>
          <w:trHeight w:val="675"/>
        </w:trPr>
        <w:tc>
          <w:tcPr>
            <w:tcW w:w="4127" w:type="dxa"/>
            <w:tcBorders>
              <w:top w:val="single" w:sz="6" w:space="0" w:color="6D1F3B"/>
              <w:left w:val="single" w:sz="6" w:space="0" w:color="6D1F3B"/>
              <w:bottom w:val="single" w:sz="6" w:space="0" w:color="6D1F3B"/>
              <w:right w:val="single" w:sz="6" w:space="0" w:color="6D1F3B"/>
            </w:tcBorders>
            <w:shd w:val="clear" w:color="auto" w:fill="7FA9D8"/>
          </w:tcPr>
          <w:p w14:paraId="48AB0F7D" w14:textId="77777777" w:rsidR="003409E4" w:rsidRPr="00EB34DC" w:rsidRDefault="003409E4" w:rsidP="003409E4">
            <w:pPr>
              <w:jc w:val="center"/>
              <w:rPr>
                <w:rFonts w:ascii="Arial" w:hAnsi="Arial"/>
                <w:b/>
                <w:color w:val="6D1F3B"/>
                <w:sz w:val="28"/>
                <w:szCs w:val="28"/>
              </w:rPr>
            </w:pPr>
          </w:p>
          <w:p w14:paraId="657E156F" w14:textId="77777777" w:rsidR="003409E4" w:rsidRPr="00B629BB" w:rsidRDefault="003409E4" w:rsidP="003409E4">
            <w:pPr>
              <w:jc w:val="center"/>
              <w:rPr>
                <w:sz w:val="32"/>
                <w:szCs w:val="32"/>
              </w:rPr>
            </w:pPr>
            <w:r w:rsidRPr="00B629BB">
              <w:rPr>
                <w:rFonts w:ascii="Arial" w:hAnsi="Arial"/>
                <w:b/>
                <w:color w:val="6D1F3B"/>
                <w:sz w:val="32"/>
                <w:szCs w:val="32"/>
              </w:rPr>
              <w:t>PLAYER NAME</w:t>
            </w:r>
          </w:p>
        </w:tc>
      </w:tr>
      <w:tr w:rsidR="003409E4" w14:paraId="594C8889" w14:textId="77777777" w:rsidTr="003409E4"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bottom"/>
          </w:tcPr>
          <w:p w14:paraId="4A0913E1" w14:textId="77777777" w:rsidR="003409E4" w:rsidRPr="00B629BB" w:rsidRDefault="003409E4" w:rsidP="003409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LACEY-MAE ROYAL</w:t>
            </w:r>
          </w:p>
        </w:tc>
      </w:tr>
      <w:tr w:rsidR="003409E4" w14:paraId="02E697CB" w14:textId="77777777" w:rsidTr="003409E4"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bottom"/>
          </w:tcPr>
          <w:p w14:paraId="681EDBE4" w14:textId="77777777" w:rsidR="003409E4" w:rsidRPr="00B629BB" w:rsidRDefault="003409E4" w:rsidP="0034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SOPHIA WHITHAM-KAY</w:t>
            </w:r>
          </w:p>
        </w:tc>
      </w:tr>
      <w:tr w:rsidR="003409E4" w14:paraId="0C997D21" w14:textId="77777777" w:rsidTr="003409E4"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bottom"/>
          </w:tcPr>
          <w:p w14:paraId="6359F1AE" w14:textId="77777777" w:rsidR="003409E4" w:rsidRPr="00B629BB" w:rsidRDefault="003409E4" w:rsidP="0034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GEORGIA-MAY WILSON</w:t>
            </w:r>
          </w:p>
        </w:tc>
      </w:tr>
      <w:tr w:rsidR="003409E4" w14:paraId="06DD67E6" w14:textId="77777777" w:rsidTr="003409E4"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bottom"/>
          </w:tcPr>
          <w:p w14:paraId="77620818" w14:textId="77777777" w:rsidR="003409E4" w:rsidRPr="00B629BB" w:rsidRDefault="003409E4" w:rsidP="003409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EVIE LEE</w:t>
            </w:r>
          </w:p>
        </w:tc>
      </w:tr>
      <w:tr w:rsidR="003409E4" w14:paraId="2E25BA90" w14:textId="77777777" w:rsidTr="003409E4"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bottom"/>
          </w:tcPr>
          <w:p w14:paraId="76E79AAC" w14:textId="77777777" w:rsidR="003409E4" w:rsidRPr="00B629BB" w:rsidRDefault="003409E4" w:rsidP="0034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ALICE HARTLEY</w:t>
            </w:r>
          </w:p>
        </w:tc>
      </w:tr>
      <w:tr w:rsidR="003409E4" w14:paraId="6AFCD653" w14:textId="77777777" w:rsidTr="003409E4"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bottom"/>
          </w:tcPr>
          <w:p w14:paraId="7872E660" w14:textId="77777777" w:rsidR="003409E4" w:rsidRPr="00B629BB" w:rsidRDefault="003409E4" w:rsidP="0034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IMOGEN CRUMBLEHOLME</w:t>
            </w:r>
          </w:p>
        </w:tc>
      </w:tr>
      <w:tr w:rsidR="003409E4" w14:paraId="29DCD0DD" w14:textId="77777777" w:rsidTr="003409E4"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bottom"/>
          </w:tcPr>
          <w:p w14:paraId="235FB62E" w14:textId="6750EA22" w:rsidR="003409E4" w:rsidRDefault="003409E4" w:rsidP="003409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ROSIE PORTER</w:t>
            </w:r>
          </w:p>
        </w:tc>
      </w:tr>
      <w:tr w:rsidR="003409E4" w14:paraId="0E23EEB0" w14:textId="77777777" w:rsidTr="003409E4"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bottom"/>
          </w:tcPr>
          <w:p w14:paraId="00B72C1C" w14:textId="7C198B07" w:rsidR="003409E4" w:rsidRPr="00B629BB" w:rsidRDefault="00A7512E" w:rsidP="00A7512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CHLOE MERCER</w:t>
            </w:r>
          </w:p>
        </w:tc>
      </w:tr>
    </w:tbl>
    <w:p w14:paraId="1565B3EB" w14:textId="274D5B94" w:rsidR="00BC2774" w:rsidRDefault="00BC2774">
      <w:pPr>
        <w:jc w:val="center"/>
      </w:pPr>
    </w:p>
    <w:sectPr w:rsidR="00BC2774" w:rsidSect="00EB34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935116">
    <w:abstractNumId w:val="8"/>
  </w:num>
  <w:num w:numId="2" w16cid:durableId="1935552258">
    <w:abstractNumId w:val="6"/>
  </w:num>
  <w:num w:numId="3" w16cid:durableId="1372340317">
    <w:abstractNumId w:val="5"/>
  </w:num>
  <w:num w:numId="4" w16cid:durableId="2088376380">
    <w:abstractNumId w:val="4"/>
  </w:num>
  <w:num w:numId="5" w16cid:durableId="2065908533">
    <w:abstractNumId w:val="7"/>
  </w:num>
  <w:num w:numId="6" w16cid:durableId="462306991">
    <w:abstractNumId w:val="3"/>
  </w:num>
  <w:num w:numId="7" w16cid:durableId="1872911802">
    <w:abstractNumId w:val="2"/>
  </w:num>
  <w:num w:numId="8" w16cid:durableId="345333240">
    <w:abstractNumId w:val="1"/>
  </w:num>
  <w:num w:numId="9" w16cid:durableId="1462960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D22"/>
    <w:rsid w:val="00081EB8"/>
    <w:rsid w:val="000A1BB3"/>
    <w:rsid w:val="0015074B"/>
    <w:rsid w:val="00295F32"/>
    <w:rsid w:val="0029639D"/>
    <w:rsid w:val="00326F90"/>
    <w:rsid w:val="003409E4"/>
    <w:rsid w:val="006309B7"/>
    <w:rsid w:val="0083025A"/>
    <w:rsid w:val="008C3906"/>
    <w:rsid w:val="00A713B3"/>
    <w:rsid w:val="00A7512E"/>
    <w:rsid w:val="00AA1D8D"/>
    <w:rsid w:val="00B47730"/>
    <w:rsid w:val="00B629BB"/>
    <w:rsid w:val="00BC2774"/>
    <w:rsid w:val="00CB0664"/>
    <w:rsid w:val="00E163A3"/>
    <w:rsid w:val="00EB34DC"/>
    <w:rsid w:val="00F552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A03AB"/>
  <w14:defaultImageDpi w14:val="300"/>
  <w15:docId w15:val="{28AC5B2E-7D7A-344C-902F-705CCFBB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Moores</cp:lastModifiedBy>
  <cp:revision>5</cp:revision>
  <dcterms:created xsi:type="dcterms:W3CDTF">2026-10-31T10:52:00Z</dcterms:created>
  <dcterms:modified xsi:type="dcterms:W3CDTF">2026-10-31T11:21:00Z</dcterms:modified>
  <cp:category/>
</cp:coreProperties>
</file>