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Pr="00ED05DE" w:rsidRDefault="00000000" w:rsidP="006309B7">
            <w:pPr>
              <w:jc w:val="center"/>
              <w:rPr>
                <w:sz w:val="40"/>
                <w:szCs w:val="40"/>
              </w:rPr>
            </w:pPr>
            <w:r w:rsidRPr="00ED05DE">
              <w:rPr>
                <w:rFonts w:ascii="Arial" w:hAnsi="Arial"/>
                <w:b/>
                <w:color w:val="FFFFFF"/>
                <w:sz w:val="40"/>
                <w:szCs w:val="40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75EFF4B8" w:rsidR="00BC2774" w:rsidRPr="00ED05DE" w:rsidRDefault="006309B7">
            <w:pPr>
              <w:jc w:val="center"/>
              <w:rPr>
                <w:sz w:val="40"/>
                <w:szCs w:val="40"/>
              </w:rPr>
            </w:pPr>
            <w:r w:rsidRPr="00ED05DE">
              <w:rPr>
                <w:rFonts w:ascii="Arial" w:hAnsi="Arial"/>
                <w:b/>
                <w:color w:val="6D1F3B"/>
                <w:sz w:val="40"/>
                <w:szCs w:val="40"/>
              </w:rPr>
              <w:t>B</w:t>
            </w:r>
            <w:r w:rsidR="00E0711B">
              <w:rPr>
                <w:rFonts w:ascii="Arial" w:hAnsi="Arial"/>
                <w:b/>
                <w:color w:val="6D1F3B"/>
                <w:sz w:val="40"/>
                <w:szCs w:val="40"/>
              </w:rPr>
              <w:t>NC</w:t>
            </w:r>
            <w:r w:rsidRPr="00ED05DE">
              <w:rPr>
                <w:rFonts w:ascii="Arial" w:hAnsi="Arial"/>
                <w:b/>
                <w:color w:val="6D1F3B"/>
                <w:sz w:val="40"/>
                <w:szCs w:val="40"/>
              </w:rPr>
              <w:t xml:space="preserve"> </w:t>
            </w:r>
            <w:r w:rsidR="005132EB" w:rsidRPr="00ED05DE">
              <w:rPr>
                <w:rFonts w:ascii="Arial" w:hAnsi="Arial"/>
                <w:b/>
                <w:color w:val="6D1F3B"/>
                <w:sz w:val="40"/>
                <w:szCs w:val="40"/>
              </w:rPr>
              <w:t>JETS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FE6EE2" w:rsidRDefault="00000000">
      <w:pPr>
        <w:jc w:val="center"/>
        <w:rPr>
          <w:sz w:val="30"/>
          <w:szCs w:val="30"/>
        </w:rPr>
      </w:pPr>
      <w:r w:rsidRPr="00FE6EE2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2DDD889E" w:rsidR="00BC2774" w:rsidRPr="00FE6EE2" w:rsidRDefault="00ED05DE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 xml:space="preserve">3 Nov </w:t>
            </w:r>
            <w:r w:rsidR="006309B7"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2C050623" w:rsidR="00BC2774" w:rsidRPr="00FE6EE2" w:rsidRDefault="00A42548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  <w:r w:rsidR="00ED05DE">
              <w:rPr>
                <w:b/>
                <w:bCs/>
                <w:sz w:val="24"/>
                <w:szCs w:val="24"/>
              </w:rPr>
              <w:t xml:space="preserve">00 </w:t>
            </w:r>
            <w:r>
              <w:rPr>
                <w:b/>
                <w:bCs/>
                <w:sz w:val="24"/>
                <w:szCs w:val="24"/>
              </w:rPr>
              <w:t>PM</w:t>
            </w: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ED05DE" w14:paraId="1AE1F8B3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82CBF29" w14:textId="2F8FE227" w:rsidR="00ED05DE" w:rsidRDefault="00ED05DE">
            <w:pPr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OPPOSITION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17AE7598" w14:textId="32478B2E" w:rsidR="00ED05DE" w:rsidRPr="00FE6EE2" w:rsidRDefault="00ED05DE" w:rsidP="006309B7">
            <w:pPr>
              <w:jc w:val="center"/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BLUE TITS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4B6FC1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5125293E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ESMAE ECCLES</w:t>
            </w:r>
          </w:p>
        </w:tc>
      </w:tr>
      <w:tr w:rsidR="004B6FC1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786BA0E5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HOLLY-MAE BOND MARSHALL</w:t>
            </w:r>
          </w:p>
        </w:tc>
      </w:tr>
      <w:tr w:rsidR="004B6FC1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5F528B22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LUISA PHIPPS</w:t>
            </w:r>
          </w:p>
        </w:tc>
      </w:tr>
      <w:tr w:rsidR="004B6FC1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1BE42915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RIA MASIH</w:t>
            </w:r>
          </w:p>
        </w:tc>
      </w:tr>
      <w:tr w:rsidR="004B6FC1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3B159099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KATIE STEWART</w:t>
            </w:r>
          </w:p>
        </w:tc>
      </w:tr>
      <w:tr w:rsidR="004B6FC1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07A4C7BC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POPPY HOPKINSON</w:t>
            </w:r>
          </w:p>
        </w:tc>
      </w:tr>
      <w:tr w:rsidR="004B6FC1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2BBBF058" w:rsidR="004B6FC1" w:rsidRPr="00B629BB" w:rsidRDefault="004B6FC1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EVE ROBERTSHAW</w:t>
            </w:r>
          </w:p>
        </w:tc>
      </w:tr>
      <w:tr w:rsidR="004B6FC1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612254A0" w:rsidR="004B6FC1" w:rsidRPr="00B629BB" w:rsidRDefault="00ED05DE" w:rsidP="004B6F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HANNAH LEY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D22"/>
    <w:rsid w:val="0015074B"/>
    <w:rsid w:val="0026048F"/>
    <w:rsid w:val="00295F32"/>
    <w:rsid w:val="0029639D"/>
    <w:rsid w:val="00326F90"/>
    <w:rsid w:val="004B6FC1"/>
    <w:rsid w:val="005132EB"/>
    <w:rsid w:val="006309B7"/>
    <w:rsid w:val="0083025A"/>
    <w:rsid w:val="00A42548"/>
    <w:rsid w:val="00AA1D8D"/>
    <w:rsid w:val="00B47730"/>
    <w:rsid w:val="00B629BB"/>
    <w:rsid w:val="00BC2774"/>
    <w:rsid w:val="00CB0664"/>
    <w:rsid w:val="00E0711B"/>
    <w:rsid w:val="00E163A3"/>
    <w:rsid w:val="00EB34DC"/>
    <w:rsid w:val="00ED05DE"/>
    <w:rsid w:val="00FC693F"/>
    <w:rsid w:val="00F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4</cp:revision>
  <dcterms:created xsi:type="dcterms:W3CDTF">2026-10-31T11:10:00Z</dcterms:created>
  <dcterms:modified xsi:type="dcterms:W3CDTF">2026-10-31T11:20:00Z</dcterms:modified>
  <cp:category/>
</cp:coreProperties>
</file>